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McKay 수업 스튜디오 사용 설명서</w:t>
      </w:r>
    </w:p>
    <w:p>
      <w:r>
        <w:rPr>
          <w:color w:val="5F6078"/>
        </w:rPr>
        <w:t>처음 쓰는 선생님을 위한 안내서 · studio.mathmckay.kr · 2026년 10월판</w:t>
      </w:r>
    </w:p>
    <w:p/>
    <w:p>
      <w:pPr>
        <w:pStyle w:val="Heading2"/>
      </w:pPr>
      <w:r>
        <w:t>차례</w:t>
      </w:r>
    </w:p>
    <w:p>
      <w:r>
        <w:t>1. 스튜디오는 이런 곳이에요</w:t>
      </w:r>
    </w:p>
    <w:p>
      <w:r>
        <w:t>2. 시작하기</w:t>
      </w:r>
    </w:p>
    <w:p>
      <w:r>
        <w:t>3. 양식 찾기</w:t>
      </w:r>
    </w:p>
    <w:p>
      <w:r>
        <w:t>4. 양식 쓰고 저장하기</w:t>
      </w:r>
    </w:p>
    <w:p>
      <w:r>
        <w:t>5. 수업 묶음과 수업 준비 세트</w:t>
      </w:r>
    </w:p>
    <w:p>
      <w:r>
        <w:t>6. 인쇄하고 내려받기</w:t>
      </w:r>
    </w:p>
    <w:p>
      <w:r>
        <w:t>7. 내 글 찾기와 백업</w:t>
      </w:r>
    </w:p>
    <w:p>
      <w:r>
        <w:t>8. 화면을 내게 맞추기</w:t>
      </w:r>
    </w:p>
    <w:p>
      <w:r>
        <w:t>9. 휴대폰과 인터넷이 끊겼을 때</w:t>
      </w:r>
    </w:p>
    <w:p>
      <w:r>
        <w:t>10. 개인정보와 탈퇴</w:t>
      </w:r>
    </w:p>
    <w:p>
      <w:r>
        <w:t>11. 자주 묻는 질문</w:t>
      </w:r>
    </w:p>
    <w:p>
      <w:r>
        <w:br w:type="page"/>
      </w:r>
    </w:p>
    <w:p>
      <w:pPr>
        <w:pStyle w:val="Heading1"/>
      </w:pPr>
      <w:r>
        <w:t>1. 스튜디오는 이런 곳이에요</w:t>
      </w:r>
    </w:p>
    <w:p>
      <w:r>
        <w:rPr>
          <w:b w:val="0"/>
        </w:rPr>
        <w:t xml:space="preserve">McKay 수업 스튜디오는 수업을 준비하고 기록하는 </w:t>
      </w:r>
      <w:r>
        <w:rPr>
          <w:b/>
        </w:rPr>
        <w:t>교사용 양식 156종</w:t>
      </w:r>
      <w:r>
        <w:rPr>
          <w:b w:val="0"/>
        </w:rPr>
        <w:t>을 모아 둔 웹사이트예요. 프로그램을 설치하지 않고 인터넷 창(크롬, 엣지, 사파리 등)에서 바로 씁니다.</w:t>
      </w:r>
    </w:p>
    <w:p>
      <w:pPr>
        <w:pStyle w:val="ListBullet"/>
      </w:pPr>
      <w:r>
        <w:rPr>
          <w:b/>
        </w:rPr>
        <w:t>고르기:</w:t>
      </w:r>
      <w:r>
        <w:rPr>
          <w:b w:val="0"/>
        </w:rPr>
        <w:t xml:space="preserve"> 수업 설계, 탐구 활동, 평가·피드백, 상담, 학급 운영 같은 양식 156종 가운데 오늘 필요한 한 장을 고릅니다.</w:t>
      </w:r>
    </w:p>
    <w:p>
      <w:pPr>
        <w:pStyle w:val="ListBullet"/>
      </w:pPr>
      <w:r>
        <w:rPr>
          <w:b/>
        </w:rPr>
        <w:t>쓰기:</w:t>
      </w:r>
      <w:r>
        <w:rPr>
          <w:b w:val="0"/>
        </w:rPr>
        <w:t xml:space="preserve"> 칸에 쓰는 대로 저장돼요. 저장 단추를 따로 누르지 않아도 됩니다.</w:t>
      </w:r>
    </w:p>
    <w:p>
      <w:pPr>
        <w:pStyle w:val="ListBullet"/>
      </w:pPr>
      <w:r>
        <w:rPr>
          <w:b/>
        </w:rPr>
        <w:t>모으고 인쇄하기:</w:t>
      </w:r>
      <w:r>
        <w:rPr>
          <w:b w:val="0"/>
        </w:rPr>
        <w:t xml:space="preserve"> 수업별로 묶어 두고, 양식 모양 그대로 A4로 인쇄하거나 Word 파일로 내려받습니다.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F6078"/>
          <w:sz w:val="18"/>
        </w:rPr>
        <w:t>첫 화면. 오른쪽 「양식 둘러보기」로 시작합니다.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0EBFC"/>
          </w:tcPr>
          <w:p>
            <w:r>
              <w:rPr>
                <w:b w:val="0"/>
              </w:rPr>
              <w:t>💡 학생 이름, 번호, 성적, 연락처 같은 개인정보는 쓰지 마세요. 상담·지원 양식도 "학생 A"처럼 적도록 만들어 두었어요.</w:t>
            </w:r>
          </w:p>
        </w:tc>
      </w:tr>
    </w:tbl>
    <w:p/>
    <w:p>
      <w:pPr>
        <w:pStyle w:val="Heading1"/>
      </w:pPr>
      <w:r>
        <w:t>2. 시작하기</w:t>
      </w:r>
    </w:p>
    <w:p>
      <w:pPr>
        <w:pStyle w:val="Heading2"/>
      </w:pPr>
      <w:r>
        <w:t>로그인 없이 바로 쓰기</w:t>
      </w:r>
    </w:p>
    <w:p>
      <w:r>
        <w:rPr>
          <w:b w:val="0"/>
        </w:rPr>
        <w:t xml:space="preserve">주소창에 </w:t>
      </w:r>
      <w:r>
        <w:rPr>
          <w:b/>
        </w:rPr>
        <w:t>studio.mathmckay.kr</w:t>
      </w:r>
      <w:r>
        <w:rPr>
          <w:b w:val="0"/>
        </w:rPr>
        <w:t xml:space="preserve"> 을 입력하면 바로 쓸 수 있어요. 로그인하지 않으면 쓴 내용은 </w:t>
      </w:r>
      <w:r>
        <w:rPr>
          <w:b/>
        </w:rPr>
        <w:t>지금 쓰는 그 브라우저에만</w:t>
      </w:r>
      <w:r>
        <w:rPr>
          <w:b w:val="0"/>
        </w:rPr>
        <w:t xml:space="preserve"> 저장됩니다. 다른 컴퓨터에서는 보이지 않아요.</w:t>
      </w:r>
    </w:p>
    <w:p>
      <w:pPr>
        <w:pStyle w:val="Heading2"/>
      </w:pPr>
      <w:r>
        <w:t>가입하고 어느 기기에서나 이어 쓰기</w:t>
      </w:r>
    </w:p>
    <w:p>
      <w:pPr>
        <w:pStyle w:val="ListNumber"/>
      </w:pPr>
      <w:r>
        <w:rPr>
          <w:b w:val="0"/>
        </w:rPr>
        <w:t xml:space="preserve">오른쪽 위 사람 모양 단추(👤)를 누르고 </w:t>
      </w:r>
      <w:r>
        <w:rPr>
          <w:b/>
        </w:rPr>
        <w:t>로그인</w:t>
      </w:r>
      <w:r>
        <w:rPr>
          <w:b w:val="0"/>
        </w:rPr>
        <w:t>을 고릅니다.</w:t>
      </w:r>
    </w:p>
    <w:p>
      <w:pPr>
        <w:pStyle w:val="ListNumber"/>
      </w:pPr>
      <w:r>
        <w:rPr>
          <w:b/>
        </w:rPr>
        <w:t>회원가입</w:t>
      </w:r>
      <w:r>
        <w:rPr>
          <w:b w:val="0"/>
        </w:rPr>
        <w:t>에서 이메일과 비밀번호를 적습니다.</w:t>
      </w:r>
    </w:p>
    <w:p>
      <w:pPr>
        <w:pStyle w:val="ListNumber"/>
      </w:pPr>
      <w:r>
        <w:rPr>
          <w:b w:val="0"/>
        </w:rPr>
        <w:t xml:space="preserve">받은편지함에 온 </w:t>
      </w:r>
      <w:r>
        <w:rPr>
          <w:b/>
        </w:rPr>
        <w:t>가입 확인 메일</w:t>
      </w:r>
      <w:r>
        <w:rPr>
          <w:b w:val="0"/>
        </w:rPr>
        <w:t>의 단추를 누릅니다.</w:t>
      </w:r>
    </w:p>
    <w:p>
      <w:pPr>
        <w:pStyle w:val="ListNumber"/>
      </w:pPr>
      <w:r>
        <w:rPr>
          <w:b w:val="0"/>
        </w:rPr>
        <w:t xml:space="preserve">다시 로그인하면 </w:t>
      </w:r>
      <w:r>
        <w:rPr>
          <w:b/>
        </w:rPr>
        <w:t>가입 신청</w:t>
      </w:r>
      <w:r>
        <w:rPr>
          <w:b w:val="0"/>
        </w:rPr>
        <w:t>이 접수됩니다. 운영자가 승인하면 안내 메일이 와요.</w:t>
      </w:r>
    </w:p>
    <w:p>
      <w:pPr>
        <w:pStyle w:val="ListNumber"/>
      </w:pPr>
      <w:r>
        <w:rPr>
          <w:b w:val="0"/>
        </w:rPr>
        <w:t>승인된 뒤에는 쓴 글이 계정에 저장되어 학교 컴퓨터, 집 노트북, 휴대폰 어디서나 이어 쓸 수 있어요.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0EBFC"/>
          </w:tcPr>
          <w:p>
            <w:r>
              <w:rPr>
                <w:b w:val="0"/>
              </w:rPr>
              <w:t>💡 승인 전에도 모든 양식을 쓸 수 있어요. 그동안 쓴 글은 그 브라우저에 저장되고, 승인 뒤 처음 로그인할 때 계정으로 옮길지 물어봐요.</w:t>
            </w:r>
          </w:p>
        </w:tc>
      </w:tr>
    </w:tbl>
    <w:p/>
    <w:p>
      <w:pPr>
        <w:pStyle w:val="Heading1"/>
      </w:pPr>
      <w:r>
        <w:t>3. 양식 찾기</w:t>
      </w:r>
    </w:p>
    <w:p>
      <w:pPr>
        <w:pStyle w:val="Heading2"/>
      </w:pPr>
      <w:r>
        <w:t>윗줄 메뉴로 찾기</w:t>
      </w:r>
    </w:p>
    <w:p>
      <w:r>
        <w:rPr>
          <w:b w:val="0"/>
        </w:rPr>
        <w:t>양식은 큰 갈래 세 가지로 나뉘어 있어요. 갈래마다 색이 달라서 어느 갈래의 양식인지 한눈에 보입니다.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0EBFC"/>
          </w:tcPr>
          <w:p>
            <w:r>
              <w:rPr>
                <w:b/>
              </w:rPr>
              <w:t>갈래</w:t>
            </w:r>
          </w:p>
        </w:tc>
        <w:tc>
          <w:tcPr>
            <w:tcW w:type="dxa" w:w="3213"/>
            <w:shd w:val="clear" w:color="auto" w:fill="F0EBFC"/>
          </w:tcPr>
          <w:p>
            <w:r>
              <w:rPr>
                <w:b/>
              </w:rPr>
              <w:t>색</w:t>
            </w:r>
          </w:p>
        </w:tc>
        <w:tc>
          <w:tcPr>
            <w:tcW w:type="dxa" w:w="3213"/>
            <w:shd w:val="clear" w:color="auto" w:fill="F0EBFC"/>
          </w:tcPr>
          <w:p>
            <w:r>
              <w:rPr>
                <w:b/>
              </w:rPr>
              <w:t>들어 있는 묶음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</w:rPr>
              <w:t>수업 만들기</w:t>
            </w:r>
          </w:p>
        </w:tc>
        <w:tc>
          <w:tcPr>
            <w:tcW w:type="dxa" w:w="3213"/>
          </w:tcPr>
          <w:p>
            <w:r>
              <w:rPr>
                <w:b w:val="0"/>
              </w:rPr>
              <w:t>보라</w:t>
            </w:r>
          </w:p>
        </w:tc>
        <w:tc>
          <w:tcPr>
            <w:tcW w:type="dxa" w:w="3213"/>
          </w:tcPr>
          <w:p>
            <w:r>
              <w:rPr>
                <w:b w:val="0"/>
              </w:rPr>
              <w:t>A 수업 설계 · B 탐구·사고 활동 · F 교과 공통 확장 · C AI·디지털 활용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</w:rPr>
              <w:t>평가와 성장</w:t>
            </w:r>
          </w:p>
        </w:tc>
        <w:tc>
          <w:tcPr>
            <w:tcW w:type="dxa" w:w="3213"/>
          </w:tcPr>
          <w:p>
            <w:r>
              <w:rPr>
                <w:b w:val="0"/>
              </w:rPr>
              <w:t>청록</w:t>
            </w:r>
          </w:p>
        </w:tc>
        <w:tc>
          <w:tcPr>
            <w:tcW w:type="dxa" w:w="3213"/>
          </w:tcPr>
          <w:p>
            <w:r>
              <w:rPr>
                <w:b w:val="0"/>
              </w:rPr>
              <w:t>D 관찰·평가·피드백 · I 맞춤 지원 · E 성찰·나눔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</w:rPr>
              <w:t>학급·학생</w:t>
            </w:r>
          </w:p>
        </w:tc>
        <w:tc>
          <w:tcPr>
            <w:tcW w:type="dxa" w:w="3213"/>
          </w:tcPr>
          <w:p>
            <w:r>
              <w:rPr>
                <w:b w:val="0"/>
              </w:rPr>
              <w:t>주황</w:t>
            </w:r>
          </w:p>
        </w:tc>
        <w:tc>
          <w:tcPr>
            <w:tcW w:type="dxa" w:w="3213"/>
          </w:tcPr>
          <w:p>
            <w:r>
              <w:rPr>
                <w:b w:val="0"/>
              </w:rPr>
              <w:t>G 학급 운영 · H 상담·소통 · J 창체·진로</w:t>
            </w:r>
          </w:p>
        </w:tc>
      </w:tr>
    </w:tbl>
    <w:p/>
    <w:p>
      <w:r>
        <w:rPr>
          <w:b w:val="0"/>
        </w:rPr>
        <w:t xml:space="preserve">윗줄의 갈래 이름을 누르면 큰 메뉴가 펼쳐져요. 묶음 이름을 누르면 그 묶음의 양식 전체가, 아래의 작은 단추(소제목)를 누르면 그 부분만 바로 보입니다. 오른쪽 칸에는 </w:t>
      </w:r>
      <w:r>
        <w:rPr>
          <w:b/>
        </w:rPr>
        <w:t>지금 시기에 쓰기 좋은 양식</w:t>
      </w:r>
      <w:r>
        <w:rPr>
          <w:b w:val="0"/>
        </w:rPr>
        <w:t>이 나와요.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27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menu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F6078"/>
          <w:sz w:val="18"/>
        </w:rPr>
        <w:t>「수업 만들기」 메뉴를 펼친 모습</w:t>
      </w:r>
    </w:p>
    <w:p>
      <w:pPr>
        <w:pStyle w:val="Heading2"/>
      </w:pPr>
      <w:r>
        <w:t>빠른 찾기 (Ctrl+K)</w:t>
      </w:r>
    </w:p>
    <w:p>
      <w:r>
        <w:rPr>
          <w:b w:val="0"/>
        </w:rPr>
        <w:t xml:space="preserve">어느 화면에서든 키보드의 </w:t>
      </w:r>
      <w:r>
        <w:rPr>
          <w:b/>
        </w:rPr>
        <w:t>Ctrl</w:t>
      </w:r>
      <w:r>
        <w:rPr>
          <w:b w:val="0"/>
        </w:rPr>
        <w:t xml:space="preserve">과 </w:t>
      </w:r>
      <w:r>
        <w:rPr>
          <w:b/>
        </w:rPr>
        <w:t>K</w:t>
      </w:r>
      <w:r>
        <w:rPr>
          <w:b w:val="0"/>
        </w:rPr>
        <w:t xml:space="preserve">를 함께 누르거나 </w:t>
      </w:r>
      <w:r>
        <w:rPr>
          <w:b/>
        </w:rPr>
        <w:t>/</w:t>
      </w:r>
      <w:r>
        <w:rPr>
          <w:b w:val="0"/>
        </w:rPr>
        <w:t xml:space="preserve"> 를 누르면 찾기 창이 떠요. 양식 이름의 일부를 적고 </w:t>
      </w:r>
      <w:r>
        <w:rPr>
          <w:b/>
        </w:rPr>
        <w:t>Enter</w:t>
      </w:r>
      <w:r>
        <w:rPr>
          <w:b w:val="0"/>
        </w:rPr>
        <w:t>를 누르면 바로 열립니다. 첫소리만 적어도 돼요. 예를 들어 「ㅊㄱㅋ」라고 적으면 「출구 카드」가 나옵니다.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474352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fin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743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F6078"/>
          <w:sz w:val="18"/>
        </w:rPr>
        <w:t>「출구」를 찾은 모습. ↑↓로 고르고 Enter로 엽니다.</w:t>
      </w:r>
    </w:p>
    <w:p>
      <w:pPr>
        <w:pStyle w:val="Heading2"/>
      </w:pPr>
      <w:r>
        <w:t>전체 목록에서 거르기</w:t>
      </w:r>
    </w:p>
    <w:p>
      <w:r>
        <w:rPr>
          <w:b w:val="0"/>
        </w:rPr>
        <w:t xml:space="preserve">메뉴 맨 아래 </w:t>
      </w:r>
      <w:r>
        <w:rPr>
          <w:b/>
        </w:rPr>
        <w:t>전체 양식 보기</w:t>
      </w:r>
      <w:r>
        <w:rPr>
          <w:b w:val="0"/>
        </w:rPr>
        <w:t>를 누르면 156종이 모두 나와요. 「교사용 / 학생 배부용」, 「10분 이내 / 20분 이내」 단추로 걸러 볼 수 있습니다.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0EBFC"/>
          </w:tcPr>
          <w:p>
            <w:r>
              <w:rPr>
                <w:b w:val="0"/>
              </w:rPr>
              <w:t>💡 휴대폰에서는 왼쪽 위 ☰ 단추를 누르면 같은 메뉴가 나와요.</w:t>
            </w:r>
          </w:p>
        </w:tc>
      </w:tr>
    </w:tbl>
    <w:p/>
    <w:p>
      <w:pPr>
        <w:pStyle w:val="Heading1"/>
      </w:pPr>
      <w:r>
        <w:t>4. 양식 쓰고 저장하기</w:t>
      </w:r>
    </w:p>
    <w:p>
      <w:r>
        <w:rPr>
          <w:b w:val="0"/>
        </w:rPr>
        <w:t xml:space="preserve">양식을 열면 왼쪽에 </w:t>
      </w:r>
      <w:r>
        <w:rPr>
          <w:b/>
        </w:rPr>
        <w:t>이렇게 써 보세요</w:t>
      </w:r>
      <w:r>
        <w:rPr>
          <w:b w:val="0"/>
        </w:rPr>
        <w:t xml:space="preserve"> 안내와 예시가, 오른쪽에 쓸 칸이 있어요.</w:t>
      </w:r>
    </w:p>
    <w:p>
      <w:pPr>
        <w:pStyle w:val="ListNumber"/>
      </w:pPr>
      <w:r>
        <w:rPr>
          <w:b w:val="0"/>
        </w:rPr>
        <w:t xml:space="preserve">오른쪽 칸에 내용을 적습니다. 잠시 멈추면 아래에 </w:t>
      </w:r>
      <w:r>
        <w:rPr>
          <w:b/>
        </w:rPr>
        <w:t>저장됨</w:t>
      </w:r>
      <w:r>
        <w:rPr>
          <w:b w:val="0"/>
        </w:rPr>
        <w:t>이 표시돼요.</w:t>
      </w:r>
    </w:p>
    <w:p>
      <w:pPr>
        <w:pStyle w:val="ListNumber"/>
      </w:pPr>
      <w:r>
        <w:rPr>
          <w:b w:val="0"/>
        </w:rPr>
        <w:t xml:space="preserve">위쪽 </w:t>
      </w:r>
      <w:r>
        <w:rPr>
          <w:b/>
        </w:rPr>
        <w:t>어느 수업에 넣을까요?</w:t>
      </w:r>
      <w:r>
        <w:rPr>
          <w:b w:val="0"/>
        </w:rPr>
        <w:t xml:space="preserve"> 에서 수업 묶음을 고르면 그 수업에 모입니다(다음 장).</w:t>
      </w:r>
    </w:p>
    <w:p>
      <w:pPr>
        <w:pStyle w:val="ListNumber"/>
      </w:pPr>
      <w:r>
        <w:rPr>
          <w:b w:val="0"/>
        </w:rPr>
        <w:t xml:space="preserve">다 쓴 뒤에는 아래 </w:t>
      </w:r>
      <w:r>
        <w:rPr>
          <w:b/>
        </w:rPr>
        <w:t>이어서 쓰기 좋은 양식</w:t>
      </w:r>
      <w:r>
        <w:rPr>
          <w:b w:val="0"/>
        </w:rPr>
        <w:t>을 눌러 다음 단계로 넘어갈 수 있어요.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editor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F6078"/>
          <w:sz w:val="18"/>
        </w:rPr>
        <w:t>왼쪽은 안내, 오른쪽은 쓰는 칸입니다.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0EBFC"/>
          </w:tcPr>
          <w:p>
            <w:r>
              <w:rPr>
                <w:b w:val="0"/>
              </w:rPr>
              <w:t>💡 인터넷이 잠깐 끊겨도 쓴 글은 사라지지 않아요. 기기에 먼저 저장해 두었다가 연결되면 계정에 올립니다.</w:t>
            </w:r>
          </w:p>
        </w:tc>
      </w:tr>
    </w:tbl>
    <w:p/>
    <w:p>
      <w:pPr>
        <w:pStyle w:val="Heading1"/>
      </w:pPr>
      <w:r>
        <w:t>5. 수업 묶음과 수업 준비 세트</w:t>
      </w:r>
    </w:p>
    <w:p>
      <w:pPr>
        <w:pStyle w:val="Heading2"/>
      </w:pPr>
      <w:r>
        <w:t>수업 묶음</w:t>
      </w:r>
    </w:p>
    <w:p>
      <w:r>
        <w:rPr>
          <w:b/>
        </w:rPr>
        <w:t>수업 묶음</w:t>
      </w:r>
      <w:r>
        <w:rPr>
          <w:b w:val="0"/>
        </w:rPr>
        <w:t xml:space="preserve">은 한 수업에 쓰는 여러 양식을 한곳에 모은 폴더예요. 윗줄 </w:t>
      </w:r>
      <w:r>
        <w:rPr>
          <w:b/>
        </w:rPr>
        <w:t>내 수업</w:t>
      </w:r>
      <w:r>
        <w:rPr>
          <w:b w:val="0"/>
        </w:rPr>
        <w:t xml:space="preserve">에서 수업 이름(예: 2학년 일차함수 3차시)을 적고 </w:t>
      </w:r>
      <w:r>
        <w:rPr>
          <w:b/>
        </w:rPr>
        <w:t>새 수업 묶음</w:t>
      </w:r>
      <w:r>
        <w:rPr>
          <w:b w:val="0"/>
        </w:rPr>
        <w:t>을 누르면 만들어집니다.</w:t>
      </w:r>
    </w:p>
    <w:p>
      <w:pPr>
        <w:pStyle w:val="ListBullet"/>
      </w:pPr>
      <w:r>
        <w:rPr>
          <w:b w:val="0"/>
        </w:rPr>
        <w:t>묶음 안의 양식은 수업 설계 → 활동 → 평가 → 성찰 순서로 정리돼요.</w:t>
      </w:r>
    </w:p>
    <w:p>
      <w:pPr>
        <w:pStyle w:val="ListBullet"/>
      </w:pPr>
      <w:r>
        <w:rPr>
          <w:b/>
        </w:rPr>
        <w:t>양식 5개 중 1개 채웠어요</w:t>
      </w:r>
      <w:r>
        <w:rPr>
          <w:b w:val="0"/>
        </w:rPr>
        <w:t>처럼 얼마나 채웠는지 막대로 보여 줍니다.</w:t>
      </w:r>
    </w:p>
    <w:p>
      <w:pPr>
        <w:pStyle w:val="ListBullet"/>
      </w:pPr>
      <w:r>
        <w:rPr>
          <w:b/>
        </w:rPr>
        <w:t>이 묶음 복사</w:t>
      </w:r>
      <w:r>
        <w:rPr>
          <w:b w:val="0"/>
        </w:rPr>
        <w:t>로 다른 반 수업 묶음을 쉽게 만들 수 있어요.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lesso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F6078"/>
          <w:sz w:val="18"/>
        </w:rPr>
        <w:t>세트로 만든 「한 단원 설계」 수업 묶음</w:t>
      </w:r>
    </w:p>
    <w:p>
      <w:pPr>
        <w:pStyle w:val="Heading2"/>
      </w:pPr>
      <w:r>
        <w:t>수업 준비 세트로 한 번에 만들기</w:t>
      </w:r>
    </w:p>
    <w:p>
      <w:r>
        <w:rPr>
          <w:b w:val="0"/>
        </w:rPr>
        <w:t xml:space="preserve">윗줄 </w:t>
      </w:r>
      <w:r>
        <w:rPr>
          <w:b/>
        </w:rPr>
        <w:t>세트</w:t>
      </w:r>
      <w:r>
        <w:rPr>
          <w:b w:val="0"/>
        </w:rPr>
        <w:t xml:space="preserve">에는 자주 함께 쓰는 양식을 쓰는 순서대로 묶어 두었어요. </w:t>
      </w:r>
      <w:r>
        <w:rPr>
          <w:b/>
        </w:rPr>
        <w:t>이 세트로 수업 묶음 만들기</w:t>
      </w:r>
      <w:r>
        <w:rPr>
          <w:b w:val="0"/>
        </w:rPr>
        <w:t>를 누르면 빈 양식이 미리 들어 있는 수업 묶음이 만들어져서 차례로 채우기만 하면 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F0EBFC"/>
          </w:tcPr>
          <w:p>
            <w:r>
              <w:rPr>
                <w:b/>
              </w:rPr>
              <w:t>세트</w:t>
            </w:r>
          </w:p>
        </w:tc>
        <w:tc>
          <w:tcPr>
            <w:tcW w:type="dxa" w:w="4819"/>
            <w:shd w:val="clear" w:color="auto" w:fill="F0EBFC"/>
          </w:tcPr>
          <w:p>
            <w:r>
              <w:rPr>
                <w:b/>
              </w:rPr>
              <w:t>들어 있는 양식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</w:rPr>
              <w:t>한 단원 설계</w:t>
            </w:r>
          </w:p>
        </w:tc>
        <w:tc>
          <w:tcPr>
            <w:tcW w:type="dxa" w:w="4819"/>
          </w:tcPr>
          <w:p>
            <w:r>
              <w:rPr>
                <w:b w:val="0"/>
              </w:rPr>
              <w:t>성취기준 풀어 쓰기 → 단원 전체 설계 → 핵심 질문 → 차시 흐름표 → 형성평가 문항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</w:rPr>
              <w:t>공개 수업 준비</w:t>
            </w:r>
          </w:p>
        </w:tc>
        <w:tc>
          <w:tcPr>
            <w:tcW w:type="dxa" w:w="4819"/>
          </w:tcPr>
          <w:p>
            <w:r>
              <w:rPr>
                <w:b w:val="0"/>
              </w:rPr>
              <w:t>발문 설계 → 공개 수업 계획 → 동료 수업 관찰 → 수업 나눔 준비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</w:rPr>
              <w:t>프로젝트 수업</w:t>
            </w:r>
          </w:p>
        </w:tc>
        <w:tc>
          <w:tcPr>
            <w:tcW w:type="dxa" w:w="4819"/>
          </w:tcPr>
          <w:p>
            <w:r>
              <w:rPr>
                <w:b w:val="0"/>
              </w:rPr>
              <w:t>핵심 질문 설계 → 모둠 약속 → 역할 돌아가기 → 진행 일지 → 결과 발표회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</w:rPr>
              <w:t>수행평가 운영</w:t>
            </w:r>
          </w:p>
        </w:tc>
        <w:tc>
          <w:tcPr>
            <w:tcW w:type="dxa" w:w="4819"/>
          </w:tcPr>
          <w:p>
            <w:r>
              <w:rPr>
                <w:b w:val="0"/>
              </w:rPr>
              <w:t>수행평가 계획 → 성공 기준 → 채점 기준표 → 동료 평가 → 피드백 문장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</w:rPr>
              <w:t>학부모 상담</w:t>
            </w:r>
          </w:p>
        </w:tc>
        <w:tc>
          <w:tcPr>
            <w:tcW w:type="dxa" w:w="4819"/>
          </w:tcPr>
          <w:p>
            <w:r>
              <w:rPr>
                <w:b w:val="0"/>
              </w:rPr>
              <w:t>상담 준비 → 전화 상담 계획 → 상담 정리 → 가정 연계 안내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</w:rPr>
              <w:t>새 학기 학급 세우기</w:t>
            </w:r>
          </w:p>
        </w:tc>
        <w:tc>
          <w:tcPr>
            <w:tcW w:type="dxa" w:w="4819"/>
          </w:tcPr>
          <w:p>
            <w:r>
              <w:rPr>
                <w:b w:val="0"/>
              </w:rPr>
              <w:t>학급 비전 → 첫 주 계획 → 학급 약속 → 1인 1역 → 자리 배치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set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F6078"/>
          <w:sz w:val="18"/>
        </w:rPr>
        <w:t>수업 준비 세트 화면</w:t>
      </w:r>
    </w:p>
    <w:p>
      <w:pPr>
        <w:pStyle w:val="Heading1"/>
      </w:pPr>
      <w:r>
        <w:t>6. 인쇄하고 내려받기</w:t>
      </w:r>
    </w:p>
    <w:p>
      <w:r>
        <w:rPr>
          <w:b w:val="0"/>
        </w:rPr>
        <w:t>양식 아래쪽 단추로 쓴 내용을 밖으로 꺼낼 수 있어요.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F0EBFC"/>
          </w:tcPr>
          <w:p>
            <w:r>
              <w:rPr>
                <w:b/>
              </w:rPr>
              <w:t>단추</w:t>
            </w:r>
          </w:p>
        </w:tc>
        <w:tc>
          <w:tcPr>
            <w:tcW w:type="dxa" w:w="4819"/>
            <w:shd w:val="clear" w:color="auto" w:fill="F0EBFC"/>
          </w:tcPr>
          <w:p>
            <w:r>
              <w:rPr>
                <w:b/>
              </w:rPr>
              <w:t>하는 일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</w:rPr>
              <w:t>A4 인쇄 / PDF</w:t>
            </w:r>
          </w:p>
        </w:tc>
        <w:tc>
          <w:tcPr>
            <w:tcW w:type="dxa" w:w="4819"/>
          </w:tcPr>
          <w:p>
            <w:r>
              <w:rPr>
                <w:b w:val="0"/>
              </w:rPr>
              <w:t>양식 모양 그대로 A4 한 장에 인쇄합니다. 인쇄 창에서 「PDF로 저장」을 고르면 PDF가 됩니다.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</w:rPr>
              <w:t>빈 양식 인쇄</w:t>
            </w:r>
          </w:p>
        </w:tc>
        <w:tc>
          <w:tcPr>
            <w:tcW w:type="dxa" w:w="4819"/>
          </w:tcPr>
          <w:p>
            <w:r>
              <w:rPr>
                <w:b w:val="0"/>
              </w:rPr>
              <w:t>칸이 빈 양식을 인쇄합니다. 학생 배부용 양식에는 이름·번호 칸이 생겨요.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</w:rPr>
              <w:t>Word 내려받기</w:t>
            </w:r>
          </w:p>
        </w:tc>
        <w:tc>
          <w:tcPr>
            <w:tcW w:type="dxa" w:w="4819"/>
          </w:tcPr>
          <w:p>
            <w:r>
              <w:rPr>
                <w:b w:val="0"/>
              </w:rPr>
              <w:t>한글·Word에서 열 수 있는 .docx 파일로 내려받습니다.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</w:rPr>
              <w:t>복사해서 새로 쓰기</w:t>
            </w:r>
          </w:p>
        </w:tc>
        <w:tc>
          <w:tcPr>
            <w:tcW w:type="dxa" w:w="4819"/>
          </w:tcPr>
          <w:p>
            <w:r>
              <w:rPr>
                <w:b w:val="0"/>
              </w:rPr>
              <w:t>지금 내용을 그대로 복사한 새 글을 만듭니다. 다른 반 수업에 좋아요.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</w:rPr>
              <w:t>텍스트 내려받기</w:t>
            </w:r>
          </w:p>
        </w:tc>
        <w:tc>
          <w:tcPr>
            <w:tcW w:type="dxa" w:w="4819"/>
          </w:tcPr>
          <w:p>
            <w:r>
              <w:rPr>
                <w:b w:val="0"/>
              </w:rPr>
              <w:t>글자만 .txt 파일로 내려받습니다.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1485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-action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8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F6078"/>
          <w:sz w:val="18"/>
        </w:rPr>
        <w:t>양식 아래쪽 단추들</w:t>
      </w:r>
    </w:p>
    <w:p>
      <w:r>
        <w:rPr>
          <w:b w:val="0"/>
        </w:rPr>
        <w:t xml:space="preserve">수업 묶음 화면의 </w:t>
      </w:r>
      <w:r>
        <w:rPr>
          <w:b/>
        </w:rPr>
        <w:t>묶음 통째 인쇄</w:t>
      </w:r>
      <w:r>
        <w:rPr>
          <w:b w:val="0"/>
        </w:rPr>
        <w:t xml:space="preserve">, </w:t>
      </w:r>
      <w:r>
        <w:rPr>
          <w:b/>
        </w:rPr>
        <w:t>묶음 Word 내려받기</w:t>
      </w:r>
      <w:r>
        <w:rPr>
          <w:b w:val="0"/>
        </w:rPr>
        <w:t>를 누르면 묶음 안의 양식을 한 번에 인쇄하거나 한 파일로 받을 수 있어요.</w:t>
      </w:r>
    </w:p>
    <w:p>
      <w:pPr>
        <w:pStyle w:val="Heading1"/>
      </w:pPr>
      <w:r>
        <w:t>7. 내 글 찾기와 백업</w:t>
      </w:r>
    </w:p>
    <w:p>
      <w:r>
        <w:rPr>
          <w:b w:val="0"/>
        </w:rPr>
        <w:t xml:space="preserve">윗줄 </w:t>
      </w:r>
      <w:r>
        <w:rPr>
          <w:b/>
        </w:rPr>
        <w:t>내 수업</w:t>
      </w:r>
      <w:r>
        <w:rPr>
          <w:b w:val="0"/>
        </w:rPr>
        <w:t xml:space="preserve"> 화면에서 할 수 있는 일이에요.</w:t>
      </w:r>
    </w:p>
    <w:p>
      <w:pPr>
        <w:pStyle w:val="ListBullet"/>
      </w:pPr>
      <w:r>
        <w:rPr>
          <w:b/>
        </w:rPr>
        <w:t>내 글 찾기:</w:t>
      </w:r>
      <w:r>
        <w:rPr>
          <w:b w:val="0"/>
        </w:rPr>
        <w:t xml:space="preserve"> 내가 쓴 내용이나 양식 이름으로 찾아요. 찾은 낱말에 색이 칠해집니다.</w:t>
      </w:r>
    </w:p>
    <w:p>
      <w:pPr>
        <w:pStyle w:val="ListBullet"/>
      </w:pPr>
      <w:r>
        <w:rPr>
          <w:b/>
        </w:rPr>
        <w:t>백업 파일 내려받기:</w:t>
      </w:r>
      <w:r>
        <w:rPr>
          <w:b w:val="0"/>
        </w:rPr>
        <w:t xml:space="preserve"> 쓴 글 전체를 파일 하나로 보관합니다.</w:t>
      </w:r>
    </w:p>
    <w:p>
      <w:pPr>
        <w:pStyle w:val="ListBullet"/>
      </w:pPr>
      <w:r>
        <w:rPr>
          <w:b/>
        </w:rPr>
        <w:t>백업 파일 불러오기:</w:t>
      </w:r>
      <w:r>
        <w:rPr>
          <w:b w:val="0"/>
        </w:rPr>
        <w:t xml:space="preserve"> 보관한 파일을 다시 불러옵니다. 이미 있는 글은 겹쳐 들어가지 않아요.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-mynote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F6078"/>
          <w:sz w:val="18"/>
        </w:rPr>
        <w:t>내 수업 화면과 내 글 찾기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0EBFC"/>
          </w:tcPr>
          <w:p>
            <w:r>
              <w:rPr>
                <w:b w:val="0"/>
              </w:rPr>
              <w:t>💡 윗줄 「내 수업」 옆 ▾ 를 누르면 최근에 쓴 글 5개와 즐겨찾기가 바로 보여요. 양식 카드의 ☆ 를 누르면 즐겨찾기에 들어갑니다.</w:t>
            </w:r>
          </w:p>
        </w:tc>
      </w:tr>
    </w:tbl>
    <w:p/>
    <w:p>
      <w:pPr>
        <w:pStyle w:val="Heading1"/>
      </w:pPr>
      <w:r>
        <w:t>8. 화면을 내게 맞추기</w:t>
      </w:r>
    </w:p>
    <w:p>
      <w:r>
        <w:rPr>
          <w:b w:val="0"/>
        </w:rPr>
        <w:t xml:space="preserve">사람 모양 단추(👤) → </w:t>
      </w:r>
      <w:r>
        <w:rPr>
          <w:b/>
        </w:rPr>
        <w:t>화면 설정</w:t>
      </w:r>
      <w:r>
        <w:rPr>
          <w:b w:val="0"/>
        </w:rPr>
        <w:t>에서 바꿀 수 있어요. 고르는 즉시 바뀝니다.</w:t>
      </w:r>
    </w:p>
    <w:p>
      <w:pPr>
        <w:pStyle w:val="ListBullet"/>
      </w:pPr>
      <w:r>
        <w:rPr>
          <w:b/>
        </w:rPr>
        <w:t>강조색:</w:t>
      </w:r>
      <w:r>
        <w:rPr>
          <w:b w:val="0"/>
        </w:rPr>
        <w:t xml:space="preserve"> 보라, 청록, 남색, 주황, 초록 가운데 고릅니다.</w:t>
      </w:r>
    </w:p>
    <w:p>
      <w:pPr>
        <w:pStyle w:val="ListBullet"/>
      </w:pPr>
      <w:r>
        <w:rPr>
          <w:b/>
        </w:rPr>
        <w:t>글자 크기:</w:t>
      </w:r>
      <w:r>
        <w:rPr>
          <w:b w:val="0"/>
        </w:rPr>
        <w:t xml:space="preserve"> 보통, 크게, 아주 크게. 교실 TV나 큰 모니터에서는 「크게」를 권해요.</w:t>
      </w:r>
    </w:p>
    <w:p>
      <w:pPr>
        <w:pStyle w:val="ListBullet"/>
      </w:pPr>
      <w:r>
        <w:rPr>
          <w:b/>
        </w:rPr>
        <w:t>화면 밝기:</w:t>
      </w:r>
      <w:r>
        <w:rPr>
          <w:b w:val="0"/>
        </w:rPr>
        <w:t xml:space="preserve"> 기기 설정 따르기, 밝은 화면, 어두운 화면.</w:t>
      </w:r>
    </w:p>
    <w:p>
      <w:pPr>
        <w:pStyle w:val="ListBullet"/>
      </w:pPr>
      <w:r>
        <w:rPr>
          <w:b/>
        </w:rPr>
        <w:t>화면 밀도:</w:t>
      </w:r>
      <w:r>
        <w:rPr>
          <w:b w:val="0"/>
        </w:rPr>
        <w:t xml:space="preserve"> 「촘촘하게」로 하면 한 화면에 양식이 더 많이 보입니다.</w:t>
      </w:r>
    </w:p>
    <w:p>
      <w:pPr>
        <w:pStyle w:val="ListBullet"/>
      </w:pPr>
      <w:r>
        <w:rPr>
          <w:b/>
        </w:rPr>
        <w:t>움직임:</w:t>
      </w:r>
      <w:r>
        <w:rPr>
          <w:b w:val="0"/>
        </w:rPr>
        <w:t xml:space="preserve"> 메뉴·카드의 움직임이 어지러우면 「움직임 끄기」를 고릅니다.</w:t>
      </w:r>
    </w:p>
    <w:p>
      <w:pPr>
        <w:pStyle w:val="ListBullet"/>
      </w:pPr>
      <w:r>
        <w:rPr>
          <w:b/>
        </w:rPr>
        <w:t>첫 화면에 보일 칸:</w:t>
      </w:r>
      <w:r>
        <w:rPr>
          <w:b w:val="0"/>
        </w:rPr>
        <w:t xml:space="preserve"> 쓰지 않는 칸은 꺼서 첫 화면을 짧게 할 수 있어요.</w:t>
      </w:r>
    </w:p>
    <w:p>
      <w:r>
        <w:rPr>
          <w:b w:val="0"/>
        </w:rPr>
        <w:t>로그인한 선생님은 설정이 계정에도 저장되어 다른 기기에서도 같은 화면으로 보입니다.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-setting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F6078"/>
          <w:sz w:val="18"/>
        </w:rPr>
        <w:t>화면 설정</w:t>
      </w:r>
    </w:p>
    <w:p>
      <w:pPr>
        <w:pStyle w:val="Heading1"/>
      </w:pPr>
      <w:r>
        <w:t>9. 휴대폰과 인터넷이 끊겼을 때</w:t>
      </w:r>
    </w:p>
    <w:p>
      <w:pPr>
        <w:pStyle w:val="ListBullet"/>
      </w:pPr>
      <w:r>
        <w:rPr>
          <w:b w:val="0"/>
        </w:rPr>
        <w:t>휴대폰에서도 같은 주소로 씁니다. 왼쪽 위 ☰ 단추에 모든 메뉴가 있어요.</w:t>
      </w:r>
    </w:p>
    <w:p>
      <w:pPr>
        <w:pStyle w:val="ListBullet"/>
      </w:pPr>
      <w:r>
        <w:rPr>
          <w:b w:val="0"/>
        </w:rPr>
        <w:t>한 번 열어 본 기기는 와이파이가 끊겨도 스튜디오가 열리고 양식을 쓸 수 있어요. 다시 연결되면 저장이 이어집니다.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60000" cy="450873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phon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4508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F6078"/>
          <w:sz w:val="18"/>
        </w:rPr>
        <w:t>휴대폰 첫 화면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60000" cy="450873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phone-menu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4508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F6078"/>
          <w:sz w:val="18"/>
        </w:rPr>
        <w:t>☰ 메뉴를 연 모습</w:t>
      </w:r>
    </w:p>
    <w:p>
      <w:pPr>
        <w:pStyle w:val="Heading1"/>
      </w:pPr>
      <w:r>
        <w:t>10. 개인정보와 탈퇴</w:t>
      </w:r>
    </w:p>
    <w:p>
      <w:pPr>
        <w:pStyle w:val="ListBullet"/>
      </w:pPr>
      <w:r>
        <w:rPr>
          <w:b w:val="0"/>
        </w:rPr>
        <w:t>로그인하지 않으면 아무 정보도 모으지 않아요.</w:t>
      </w:r>
    </w:p>
    <w:p>
      <w:pPr>
        <w:pStyle w:val="ListBullet"/>
      </w:pPr>
      <w:r>
        <w:rPr>
          <w:b w:val="0"/>
        </w:rPr>
        <w:t>로그인하면 이메일, 쓴 기록, 화면 설정을 저장합니다. 운영자는 쓴 글의 내용을 관리 화면에서 볼 수 없어요.</w:t>
      </w:r>
    </w:p>
    <w:p>
      <w:pPr>
        <w:pStyle w:val="ListBullet"/>
      </w:pPr>
      <w:r>
        <w:rPr>
          <w:b/>
        </w:rPr>
        <w:t>스튜디오 탈퇴:</w:t>
      </w:r>
      <w:r>
        <w:rPr>
          <w:b w:val="0"/>
        </w:rPr>
        <w:t xml:space="preserve"> 「내 수업」 맨 아래 단추를 누르면 쓴 기록, 화면 설정, 가입 정보가 바로 지워져요.</w:t>
      </w:r>
    </w:p>
    <w:p>
      <w:pPr>
        <w:pStyle w:val="ListBullet"/>
      </w:pPr>
      <w:r>
        <w:rPr>
          <w:b w:val="0"/>
        </w:rPr>
        <w:t xml:space="preserve">자세한 내용은 화면 맨 아래 </w:t>
      </w:r>
      <w:r>
        <w:rPr>
          <w:b/>
        </w:rPr>
        <w:t>개인정보 처리방침</w:t>
      </w:r>
      <w:r>
        <w:rPr>
          <w:b w:val="0"/>
        </w:rPr>
        <w:t>에 있어요.</w:t>
      </w:r>
    </w:p>
    <w:p>
      <w:pPr>
        <w:pStyle w:val="Heading1"/>
      </w:pPr>
      <w:r>
        <w:t>11. 자주 묻는 질문</w:t>
      </w:r>
    </w:p>
    <w:p>
      <w:r>
        <w:rPr>
          <w:b/>
        </w:rPr>
        <w:t>Q. 저장 단추가 없어요.</w:t>
      </w:r>
      <w:r>
        <w:br/>
      </w:r>
      <w:r>
        <w:rPr>
          <w:b w:val="0"/>
        </w:rPr>
        <w:t>A. 쓰는 대로 저장돼요. 양식 아래 「저장됨」 표시를 확인하세요.</w:t>
      </w:r>
    </w:p>
    <w:p>
      <w:r>
        <w:rPr>
          <w:b/>
        </w:rPr>
        <w:t>Q. 집에서 열었더니 학교에서 쓴 글이 안 보여요.</w:t>
      </w:r>
      <w:r>
        <w:br/>
      </w:r>
      <w:r>
        <w:rPr>
          <w:b w:val="0"/>
        </w:rPr>
        <w:t>A. 로그인하지 않고 쓴 글은 그 브라우저에만 있어요. 가입·승인 뒤 학교 컴퓨터에서 로그인하면 계정으로 옮길 수 있어요.</w:t>
      </w:r>
    </w:p>
    <w:p>
      <w:r>
        <w:rPr>
          <w:b/>
        </w:rPr>
        <w:t>Q. 한글(HWP)로 받고 싶어요.</w:t>
      </w:r>
      <w:r>
        <w:br/>
      </w:r>
      <w:r>
        <w:rPr>
          <w:b w:val="0"/>
        </w:rPr>
        <w:t>A. 「Word 내려받기」로 받은 .docx 파일은 한글에서도 열립니다. 한글에서 「다른 이름으로 저장」을 고르면 .hwp로 바꿀 수 있어요.</w:t>
      </w:r>
    </w:p>
    <w:p>
      <w:r>
        <w:rPr>
          <w:b/>
        </w:rPr>
        <w:t>Q. 인쇄하면 두 장이 돼요.</w:t>
      </w:r>
      <w:r>
        <w:br/>
      </w:r>
      <w:r>
        <w:rPr>
          <w:b w:val="0"/>
        </w:rPr>
        <w:t>A. 칸에 글이 많으면 넘칠 수 있어요. 인쇄 창의 「배율」을 90% 정도로 줄여 보세요.</w:t>
      </w:r>
    </w:p>
    <w:p>
      <w:r>
        <w:rPr>
          <w:b/>
        </w:rPr>
        <w:t>Q. 승인 메일이 오지 않아요.</w:t>
      </w:r>
      <w:r>
        <w:br/>
      </w:r>
      <w:r>
        <w:rPr>
          <w:b w:val="0"/>
        </w:rPr>
        <w:t>A. 스팸함을 확인해 주세요. 보낸 사람은 noreply@mathmckay.kr 이에요.</w:t>
      </w:r>
    </w:p>
    <w:p>
      <w:r>
        <w:rPr>
          <w:b/>
        </w:rPr>
        <w:t>Q. 문의는 어디로 하나요?</w:t>
      </w:r>
      <w:r>
        <w:br/>
      </w:r>
      <w:r>
        <w:rPr>
          <w:b w:val="0"/>
        </w:rPr>
        <w:t>A. kimhk35@ajou.ac.kr 로 보내 주세요.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 xml:space="preserve"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8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6A4BC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A2B3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/>
      <w:color w:val="25253C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McKay 수업 스튜디오 사용 설명서</dc:title>
  <dc:subject/>
  <dc:creator>McKay 수업 스튜디오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